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03591" w14:textId="05928FA4" w:rsidR="00305A36" w:rsidRDefault="009929C9">
      <w:pPr>
        <w:pStyle w:val="Ttulo"/>
      </w:pPr>
      <w:r>
        <w:t>Pistas para a escolha profissional</w:t>
      </w:r>
    </w:p>
    <w:p w14:paraId="0B03C52F" w14:textId="77777777" w:rsidR="00305A36" w:rsidRDefault="00DD5D9A">
      <w:pPr>
        <w:spacing w:after="100"/>
      </w:pPr>
      <w:r>
        <w:rPr>
          <w:sz w:val="22"/>
        </w:rPr>
        <w:t>Marque uma opção em cada pergunta. Não há resposta certa. Pense no que você gosta hoje.</w:t>
      </w:r>
    </w:p>
    <w:p w14:paraId="2AB056D2" w14:textId="77777777" w:rsidR="00305A36" w:rsidRDefault="00DD5D9A">
      <w:pPr>
        <w:spacing w:after="60"/>
      </w:pPr>
      <w:r>
        <w:rPr>
          <w:sz w:val="22"/>
        </w:rPr>
        <w:t>Nome opcional: ___________________________________________________</w:t>
      </w:r>
    </w:p>
    <w:p w14:paraId="49FF7959" w14:textId="77777777" w:rsidR="00305A36" w:rsidRDefault="00DD5D9A">
      <w:pPr>
        <w:spacing w:after="60"/>
      </w:pPr>
      <w:r>
        <w:rPr>
          <w:sz w:val="22"/>
        </w:rPr>
        <w:t xml:space="preserve">Turma: ____________________  Escola: </w:t>
      </w:r>
      <w:r>
        <w:rPr>
          <w:sz w:val="22"/>
        </w:rPr>
        <w:t>_________________________________</w:t>
      </w:r>
    </w:p>
    <w:p w14:paraId="68DF3AF9" w14:textId="77777777" w:rsidR="00305A36" w:rsidRDefault="00DD5D9A">
      <w:pPr>
        <w:spacing w:after="120"/>
      </w:pPr>
      <w:r>
        <w:rPr>
          <w:sz w:val="22"/>
        </w:rPr>
        <w:t>Data: ____ / ____ / ________</w:t>
      </w:r>
    </w:p>
    <w:p w14:paraId="56E65505" w14:textId="77777777" w:rsidR="00305A36" w:rsidRDefault="00DD5D9A">
      <w:pPr>
        <w:pStyle w:val="Ttulo1"/>
      </w:pPr>
      <w:r>
        <w:t>Parte 1 O que gosto de fazer</w:t>
      </w:r>
    </w:p>
    <w:p w14:paraId="5D58969A" w14:textId="77777777" w:rsidR="00305A36" w:rsidRDefault="00DD5D9A">
      <w:pPr>
        <w:spacing w:after="20"/>
      </w:pPr>
      <w:r>
        <w:rPr>
          <w:sz w:val="22"/>
        </w:rPr>
        <w:t>Marque um X na atividade que mais dá vontade de fazer.</w:t>
      </w:r>
    </w:p>
    <w:p w14:paraId="2A968077" w14:textId="77777777" w:rsidR="00305A36" w:rsidRDefault="00DD5D9A">
      <w:pPr>
        <w:keepNext/>
        <w:spacing w:before="120" w:after="40"/>
      </w:pPr>
      <w:r>
        <w:rPr>
          <w:b/>
        </w:rPr>
        <w:t>1. Na feira da escola, o que você gostaria de fazer?</w:t>
      </w:r>
    </w:p>
    <w:p w14:paraId="6ACB2BFF" w14:textId="77777777" w:rsidR="00305A36" w:rsidRDefault="00DD5D9A">
      <w:pPr>
        <w:keepNext/>
        <w:spacing w:line="320" w:lineRule="exact"/>
        <w:ind w:left="142"/>
      </w:pPr>
      <w:r>
        <w:t>(   ) A  Criar cartazes.</w:t>
      </w:r>
    </w:p>
    <w:p w14:paraId="0F63BC84" w14:textId="77777777" w:rsidR="00305A36" w:rsidRDefault="00DD5D9A">
      <w:pPr>
        <w:keepNext/>
        <w:spacing w:line="320" w:lineRule="exact"/>
        <w:ind w:left="142"/>
      </w:pPr>
      <w:r>
        <w:t>(   ) B  Receber as pessoas.</w:t>
      </w:r>
    </w:p>
    <w:p w14:paraId="0043D692" w14:textId="77777777" w:rsidR="00305A36" w:rsidRDefault="00DD5D9A">
      <w:pPr>
        <w:keepNext/>
        <w:spacing w:line="320" w:lineRule="exact"/>
        <w:ind w:left="142"/>
      </w:pPr>
      <w:r>
        <w:t xml:space="preserve">( </w:t>
      </w:r>
      <w:r>
        <w:t xml:space="preserve">  ) C  Convidar parceiros para ajudar.</w:t>
      </w:r>
    </w:p>
    <w:p w14:paraId="458B3E82" w14:textId="77777777" w:rsidR="00305A36" w:rsidRDefault="00DD5D9A">
      <w:pPr>
        <w:spacing w:after="100" w:line="320" w:lineRule="exact"/>
        <w:ind w:left="142"/>
      </w:pPr>
      <w:r>
        <w:t>(   ) D  Organizar materiais e horários.</w:t>
      </w:r>
    </w:p>
    <w:p w14:paraId="09E9E629" w14:textId="77777777" w:rsidR="00305A36" w:rsidRDefault="00DD5D9A">
      <w:pPr>
        <w:keepNext/>
        <w:spacing w:before="120" w:after="40"/>
      </w:pPr>
      <w:r>
        <w:rPr>
          <w:b/>
        </w:rPr>
        <w:t>2. Para melhorar um espaço da escola, você prefere…</w:t>
      </w:r>
    </w:p>
    <w:p w14:paraId="6D2F6817" w14:textId="77777777" w:rsidR="00305A36" w:rsidRDefault="00DD5D9A">
      <w:pPr>
        <w:keepNext/>
        <w:spacing w:line="320" w:lineRule="exact"/>
        <w:ind w:left="142"/>
      </w:pPr>
      <w:r>
        <w:t>(   ) A  Descobrir qual é o problema.</w:t>
      </w:r>
    </w:p>
    <w:p w14:paraId="4EB93935" w14:textId="77777777" w:rsidR="00305A36" w:rsidRDefault="00DD5D9A">
      <w:pPr>
        <w:keepNext/>
        <w:spacing w:line="320" w:lineRule="exact"/>
        <w:ind w:left="142"/>
      </w:pPr>
      <w:r>
        <w:t>(   ) B  Conseguir apoio da turma.</w:t>
      </w:r>
    </w:p>
    <w:p w14:paraId="32D49406" w14:textId="77777777" w:rsidR="00305A36" w:rsidRDefault="00DD5D9A">
      <w:pPr>
        <w:keepNext/>
        <w:spacing w:line="320" w:lineRule="exact"/>
        <w:ind w:left="142"/>
      </w:pPr>
      <w:r>
        <w:t>(   ) C  Fazer uma lista de tarefas.</w:t>
      </w:r>
    </w:p>
    <w:p w14:paraId="203F87FE" w14:textId="77777777" w:rsidR="00305A36" w:rsidRDefault="00DD5D9A">
      <w:pPr>
        <w:spacing w:after="100" w:line="320" w:lineRule="exact"/>
        <w:ind w:left="142"/>
      </w:pPr>
      <w:r>
        <w:t>(   ) D  Monta</w:t>
      </w:r>
      <w:r>
        <w:t>r ou consertar objetos.</w:t>
      </w:r>
    </w:p>
    <w:p w14:paraId="4050DEA2" w14:textId="77777777" w:rsidR="00305A36" w:rsidRDefault="00DD5D9A">
      <w:pPr>
        <w:keepNext/>
        <w:spacing w:before="120" w:after="40"/>
      </w:pPr>
      <w:r>
        <w:rPr>
          <w:b/>
        </w:rPr>
        <w:t>3. Em uma tarde livre, você gostaria de…</w:t>
      </w:r>
    </w:p>
    <w:p w14:paraId="7979D200" w14:textId="77777777" w:rsidR="00305A36" w:rsidRDefault="00DD5D9A">
      <w:pPr>
        <w:keepNext/>
        <w:spacing w:line="320" w:lineRule="exact"/>
        <w:ind w:left="142"/>
      </w:pPr>
      <w:r>
        <w:t>(   ) A  Criar um desenho, texto ou vídeo.</w:t>
      </w:r>
    </w:p>
    <w:p w14:paraId="517A5272" w14:textId="77777777" w:rsidR="00305A36" w:rsidRDefault="00DD5D9A">
      <w:pPr>
        <w:keepNext/>
        <w:spacing w:line="320" w:lineRule="exact"/>
        <w:ind w:left="142"/>
      </w:pPr>
      <w:r>
        <w:t>(   ) B  Ensinar algo a alguém.</w:t>
      </w:r>
    </w:p>
    <w:p w14:paraId="5CB9B069" w14:textId="77777777" w:rsidR="00305A36" w:rsidRDefault="00DD5D9A">
      <w:pPr>
        <w:keepNext/>
        <w:spacing w:line="320" w:lineRule="exact"/>
        <w:ind w:left="142"/>
      </w:pPr>
      <w:r>
        <w:t>(   ) C  Montar ou cuidar de algo.</w:t>
      </w:r>
    </w:p>
    <w:p w14:paraId="5AB1938B" w14:textId="77777777" w:rsidR="00305A36" w:rsidRDefault="00DD5D9A">
      <w:pPr>
        <w:spacing w:after="100" w:line="320" w:lineRule="exact"/>
        <w:ind w:left="142"/>
      </w:pPr>
      <w:r>
        <w:t>(   ) D  Resolver um desafio de lógica.</w:t>
      </w:r>
    </w:p>
    <w:p w14:paraId="69762ECF" w14:textId="77777777" w:rsidR="00305A36" w:rsidRDefault="00DD5D9A">
      <w:pPr>
        <w:keepNext/>
        <w:spacing w:before="120" w:after="40"/>
      </w:pPr>
      <w:r>
        <w:rPr>
          <w:b/>
        </w:rPr>
        <w:t>4. Em um vídeo da turma, você prefere…</w:t>
      </w:r>
    </w:p>
    <w:p w14:paraId="75EEA9F1" w14:textId="77777777" w:rsidR="00305A36" w:rsidRDefault="00DD5D9A">
      <w:pPr>
        <w:keepNext/>
        <w:spacing w:line="320" w:lineRule="exact"/>
        <w:ind w:left="142"/>
      </w:pPr>
      <w:r>
        <w:t xml:space="preserve">( </w:t>
      </w:r>
      <w:r>
        <w:t xml:space="preserve">  ) A  Organizar as gravações.</w:t>
      </w:r>
    </w:p>
    <w:p w14:paraId="5FFA6E39" w14:textId="77777777" w:rsidR="00305A36" w:rsidRDefault="00DD5D9A">
      <w:pPr>
        <w:keepNext/>
        <w:spacing w:line="320" w:lineRule="exact"/>
        <w:ind w:left="142"/>
      </w:pPr>
      <w:r>
        <w:t>(   ) B  Criar a história do vídeo.</w:t>
      </w:r>
    </w:p>
    <w:p w14:paraId="25635B4C" w14:textId="77777777" w:rsidR="00305A36" w:rsidRDefault="00DD5D9A">
      <w:pPr>
        <w:keepNext/>
        <w:spacing w:line="320" w:lineRule="exact"/>
        <w:ind w:left="142"/>
      </w:pPr>
      <w:r>
        <w:t>(   ) C  Ajudar as pessoas a participar.</w:t>
      </w:r>
    </w:p>
    <w:p w14:paraId="6FB23D3C" w14:textId="77777777" w:rsidR="00305A36" w:rsidRDefault="00DD5D9A">
      <w:pPr>
        <w:spacing w:after="100" w:line="320" w:lineRule="exact"/>
        <w:ind w:left="142"/>
      </w:pPr>
      <w:r>
        <w:t>(   ) D  Convidar colegas para o projeto.</w:t>
      </w:r>
    </w:p>
    <w:p w14:paraId="23E423B4" w14:textId="77777777" w:rsidR="00305A36" w:rsidRDefault="00DD5D9A">
      <w:pPr>
        <w:keepNext/>
        <w:spacing w:before="120" w:after="40"/>
      </w:pPr>
      <w:r>
        <w:rPr>
          <w:b/>
        </w:rPr>
        <w:t>5. Para diminuir o lixo da escola, você prefere…</w:t>
      </w:r>
    </w:p>
    <w:p w14:paraId="023A8271" w14:textId="77777777" w:rsidR="00305A36" w:rsidRDefault="00DD5D9A">
      <w:pPr>
        <w:keepNext/>
        <w:spacing w:line="320" w:lineRule="exact"/>
        <w:ind w:left="142"/>
      </w:pPr>
      <w:r>
        <w:t>(   ) A  Fazer algo com materiais usados.</w:t>
      </w:r>
    </w:p>
    <w:p w14:paraId="19AAD88F" w14:textId="77777777" w:rsidR="00305A36" w:rsidRDefault="00DD5D9A">
      <w:pPr>
        <w:keepNext/>
        <w:spacing w:line="320" w:lineRule="exact"/>
        <w:ind w:left="142"/>
      </w:pPr>
      <w:r>
        <w:t xml:space="preserve">(   ) B  </w:t>
      </w:r>
      <w:r>
        <w:t>Descobrir de onde vem o lixo.</w:t>
      </w:r>
    </w:p>
    <w:p w14:paraId="4A429F92" w14:textId="77777777" w:rsidR="00305A36" w:rsidRDefault="00DD5D9A">
      <w:pPr>
        <w:keepNext/>
        <w:spacing w:line="320" w:lineRule="exact"/>
        <w:ind w:left="142"/>
      </w:pPr>
      <w:r>
        <w:t>(   ) C  Convidar colegas para uma campanha.</w:t>
      </w:r>
    </w:p>
    <w:p w14:paraId="78F088AA" w14:textId="77777777" w:rsidR="00305A36" w:rsidRDefault="00DD5D9A">
      <w:pPr>
        <w:spacing w:after="100" w:line="320" w:lineRule="exact"/>
        <w:ind w:left="142"/>
      </w:pPr>
      <w:r>
        <w:t>(   ) D  Organizar a coleta dos materiais.</w:t>
      </w:r>
    </w:p>
    <w:p w14:paraId="3EB7DFCA" w14:textId="77777777" w:rsidR="00305A36" w:rsidRDefault="00DD5D9A">
      <w:pPr>
        <w:keepNext/>
        <w:spacing w:before="120" w:after="40"/>
      </w:pPr>
      <w:r>
        <w:rPr>
          <w:b/>
        </w:rPr>
        <w:t>6. Em uma feira de ciências, você prefere…</w:t>
      </w:r>
    </w:p>
    <w:p w14:paraId="2F110FF1" w14:textId="77777777" w:rsidR="00305A36" w:rsidRDefault="00DD5D9A">
      <w:pPr>
        <w:keepNext/>
        <w:spacing w:line="320" w:lineRule="exact"/>
        <w:ind w:left="142"/>
      </w:pPr>
      <w:r>
        <w:t>(   ) A  Fazer um teste e comparar resultados.</w:t>
      </w:r>
    </w:p>
    <w:p w14:paraId="3C9D55EF" w14:textId="77777777" w:rsidR="00305A36" w:rsidRDefault="00DD5D9A">
      <w:pPr>
        <w:keepNext/>
        <w:spacing w:line="320" w:lineRule="exact"/>
        <w:ind w:left="142"/>
      </w:pPr>
      <w:r>
        <w:t>(   ) B  Criar os desenhos da apresentação.</w:t>
      </w:r>
    </w:p>
    <w:p w14:paraId="7AF6934D" w14:textId="77777777" w:rsidR="00305A36" w:rsidRDefault="00DD5D9A">
      <w:pPr>
        <w:keepNext/>
        <w:spacing w:line="320" w:lineRule="exact"/>
        <w:ind w:left="142"/>
      </w:pPr>
      <w:r>
        <w:t xml:space="preserve">(   </w:t>
      </w:r>
      <w:r>
        <w:t>) C  Explicar o projeto aos visitantes.</w:t>
      </w:r>
    </w:p>
    <w:p w14:paraId="607DFD3D" w14:textId="77777777" w:rsidR="00305A36" w:rsidRDefault="00DD5D9A">
      <w:pPr>
        <w:spacing w:after="100" w:line="320" w:lineRule="exact"/>
        <w:ind w:left="142"/>
      </w:pPr>
      <w:r>
        <w:t>(   ) D  Montar o modelo do projeto.</w:t>
      </w:r>
    </w:p>
    <w:p w14:paraId="5C68E832" w14:textId="77777777" w:rsidR="00305A36" w:rsidRDefault="00DD5D9A">
      <w:r>
        <w:br w:type="page"/>
      </w:r>
    </w:p>
    <w:p w14:paraId="3FA0BA9A" w14:textId="77777777" w:rsidR="00305A36" w:rsidRDefault="00DD5D9A">
      <w:pPr>
        <w:pStyle w:val="Ttulo1"/>
      </w:pPr>
      <w:r>
        <w:lastRenderedPageBreak/>
        <w:t>Parte 1 O que gosto de fazer</w:t>
      </w:r>
    </w:p>
    <w:p w14:paraId="14238A21" w14:textId="77777777" w:rsidR="00305A36" w:rsidRDefault="00DD5D9A">
      <w:pPr>
        <w:spacing w:after="140"/>
      </w:pPr>
      <w:r>
        <w:rPr>
          <w:sz w:val="20"/>
        </w:rPr>
        <w:t>Escreva seu código no cabeçalho desta página.</w:t>
      </w:r>
    </w:p>
    <w:p w14:paraId="3276C1D8" w14:textId="77777777" w:rsidR="00305A36" w:rsidRDefault="00DD5D9A">
      <w:pPr>
        <w:spacing w:after="20"/>
      </w:pPr>
      <w:r>
        <w:rPr>
          <w:sz w:val="22"/>
        </w:rPr>
        <w:t>Continue escolhendo uma atividade em cada pergunta.</w:t>
      </w:r>
    </w:p>
    <w:p w14:paraId="10F75B9B" w14:textId="77777777" w:rsidR="00305A36" w:rsidRDefault="00DD5D9A">
      <w:pPr>
        <w:keepNext/>
        <w:spacing w:before="120" w:after="40"/>
      </w:pPr>
      <w:r>
        <w:rPr>
          <w:b/>
        </w:rPr>
        <w:t>7. Para ajudar a biblioteca, você prefere…</w:t>
      </w:r>
    </w:p>
    <w:p w14:paraId="7C81FE81" w14:textId="77777777" w:rsidR="00305A36" w:rsidRDefault="00DD5D9A">
      <w:pPr>
        <w:keepNext/>
        <w:spacing w:line="320" w:lineRule="exact"/>
        <w:ind w:left="142"/>
      </w:pPr>
      <w:r>
        <w:t>(   ) A</w:t>
      </w:r>
      <w:r>
        <w:t xml:space="preserve">  Convidar a turma para uma campanha de leitura.</w:t>
      </w:r>
    </w:p>
    <w:p w14:paraId="220D99B8" w14:textId="77777777" w:rsidR="00305A36" w:rsidRDefault="00DD5D9A">
      <w:pPr>
        <w:keepNext/>
        <w:spacing w:line="320" w:lineRule="exact"/>
        <w:ind w:left="142"/>
      </w:pPr>
      <w:r>
        <w:t>(   ) B  Organizar os livros nas estantes.</w:t>
      </w:r>
    </w:p>
    <w:p w14:paraId="7ECEEF3F" w14:textId="77777777" w:rsidR="00305A36" w:rsidRDefault="00DD5D9A">
      <w:pPr>
        <w:keepNext/>
        <w:spacing w:line="320" w:lineRule="exact"/>
        <w:ind w:left="142"/>
      </w:pPr>
      <w:r>
        <w:t>(   ) C  Criar um cartaz sobre os livros.</w:t>
      </w:r>
    </w:p>
    <w:p w14:paraId="63BD480F" w14:textId="77777777" w:rsidR="00305A36" w:rsidRDefault="00DD5D9A">
      <w:pPr>
        <w:spacing w:after="100" w:line="320" w:lineRule="exact"/>
        <w:ind w:left="142"/>
      </w:pPr>
      <w:r>
        <w:t>(   ) D  Ajudar colegas a escolher livros.</w:t>
      </w:r>
    </w:p>
    <w:p w14:paraId="6F82512C" w14:textId="77777777" w:rsidR="00305A36" w:rsidRDefault="00DD5D9A">
      <w:pPr>
        <w:keepNext/>
        <w:spacing w:before="120" w:after="40"/>
      </w:pPr>
      <w:r>
        <w:rPr>
          <w:b/>
        </w:rPr>
        <w:t>8. Antes de uma visita de estudos, você prefere…</w:t>
      </w:r>
    </w:p>
    <w:p w14:paraId="7570EA22" w14:textId="77777777" w:rsidR="00305A36" w:rsidRDefault="00DD5D9A">
      <w:pPr>
        <w:keepNext/>
        <w:spacing w:line="320" w:lineRule="exact"/>
        <w:ind w:left="142"/>
      </w:pPr>
      <w:r>
        <w:t xml:space="preserve">(   ) A  Conferir os </w:t>
      </w:r>
      <w:r>
        <w:t>horários e a lista de alunos.</w:t>
      </w:r>
    </w:p>
    <w:p w14:paraId="07D322F3" w14:textId="77777777" w:rsidR="00305A36" w:rsidRDefault="00DD5D9A">
      <w:pPr>
        <w:keepNext/>
        <w:spacing w:line="320" w:lineRule="exact"/>
        <w:ind w:left="142"/>
      </w:pPr>
      <w:r>
        <w:t>(   ) B  Preparar os materiais que serão usados.</w:t>
      </w:r>
    </w:p>
    <w:p w14:paraId="49F07CD9" w14:textId="77777777" w:rsidR="00305A36" w:rsidRDefault="00DD5D9A">
      <w:pPr>
        <w:keepNext/>
        <w:spacing w:line="320" w:lineRule="exact"/>
        <w:ind w:left="142"/>
      </w:pPr>
      <w:r>
        <w:t>(   ) C  Pesquisar sobre o lugar.</w:t>
      </w:r>
    </w:p>
    <w:p w14:paraId="29F26FFE" w14:textId="77777777" w:rsidR="00305A36" w:rsidRDefault="00DD5D9A">
      <w:pPr>
        <w:spacing w:after="100" w:line="320" w:lineRule="exact"/>
        <w:ind w:left="142"/>
      </w:pPr>
      <w:r>
        <w:t>(   ) D  Combinar a visita com os responsáveis.</w:t>
      </w:r>
    </w:p>
    <w:p w14:paraId="54BF30F9" w14:textId="77777777" w:rsidR="00305A36" w:rsidRDefault="00DD5D9A">
      <w:pPr>
        <w:keepNext/>
        <w:spacing w:before="120" w:after="40"/>
      </w:pPr>
      <w:r>
        <w:rPr>
          <w:b/>
        </w:rPr>
        <w:t>9. Qual oficina você gostaria de fazer?</w:t>
      </w:r>
    </w:p>
    <w:p w14:paraId="45C6A828" w14:textId="77777777" w:rsidR="00305A36" w:rsidRDefault="00DD5D9A">
      <w:pPr>
        <w:keepNext/>
        <w:spacing w:line="320" w:lineRule="exact"/>
        <w:ind w:left="142"/>
      </w:pPr>
      <w:r>
        <w:t>(   ) A  Montar ou consertar objetos.</w:t>
      </w:r>
    </w:p>
    <w:p w14:paraId="712DEF5A" w14:textId="77777777" w:rsidR="00305A36" w:rsidRDefault="00DD5D9A">
      <w:pPr>
        <w:keepNext/>
        <w:spacing w:line="320" w:lineRule="exact"/>
        <w:ind w:left="142"/>
      </w:pPr>
      <w:r>
        <w:t xml:space="preserve">(   ) B  </w:t>
      </w:r>
      <w:r>
        <w:t>Investigar como algo funciona.</w:t>
      </w:r>
    </w:p>
    <w:p w14:paraId="0A445452" w14:textId="77777777" w:rsidR="00305A36" w:rsidRDefault="00DD5D9A">
      <w:pPr>
        <w:keepNext/>
        <w:spacing w:line="320" w:lineRule="exact"/>
        <w:ind w:left="142"/>
      </w:pPr>
      <w:r>
        <w:t>(   ) C  Criar fotos, histórias ou músicas.</w:t>
      </w:r>
    </w:p>
    <w:p w14:paraId="7A6394BE" w14:textId="77777777" w:rsidR="00305A36" w:rsidRDefault="00DD5D9A">
      <w:pPr>
        <w:spacing w:after="100" w:line="320" w:lineRule="exact"/>
        <w:ind w:left="142"/>
      </w:pPr>
      <w:r>
        <w:t>(   ) D  Aprender a ensinar outras pessoas.</w:t>
      </w:r>
    </w:p>
    <w:p w14:paraId="594E3DC0" w14:textId="77777777" w:rsidR="00305A36" w:rsidRDefault="00DD5D9A">
      <w:pPr>
        <w:keepNext/>
        <w:spacing w:before="120" w:after="40"/>
      </w:pPr>
      <w:r>
        <w:rPr>
          <w:b/>
        </w:rPr>
        <w:t>10. Em um projeto da turma, você gostaria de…</w:t>
      </w:r>
    </w:p>
    <w:p w14:paraId="29A3CAFD" w14:textId="77777777" w:rsidR="00305A36" w:rsidRDefault="00DD5D9A">
      <w:pPr>
        <w:keepNext/>
        <w:spacing w:line="320" w:lineRule="exact"/>
        <w:ind w:left="142"/>
      </w:pPr>
      <w:r>
        <w:t>(   ) A  Ajudar o grupo a conversar.</w:t>
      </w:r>
    </w:p>
    <w:p w14:paraId="0BAF1664" w14:textId="77777777" w:rsidR="00305A36" w:rsidRDefault="00DD5D9A">
      <w:pPr>
        <w:keepNext/>
        <w:spacing w:line="320" w:lineRule="exact"/>
        <w:ind w:left="142"/>
      </w:pPr>
      <w:r>
        <w:t>(   ) B  Propor uma tarefa e conseguir apoio.</w:t>
      </w:r>
    </w:p>
    <w:p w14:paraId="56FAC2EF" w14:textId="77777777" w:rsidR="00305A36" w:rsidRDefault="00DD5D9A">
      <w:pPr>
        <w:keepNext/>
        <w:spacing w:line="320" w:lineRule="exact"/>
        <w:ind w:left="142"/>
      </w:pPr>
      <w:r>
        <w:t xml:space="preserve">(   ) C </w:t>
      </w:r>
      <w:r>
        <w:t xml:space="preserve"> Organizar o que falta fazer.</w:t>
      </w:r>
    </w:p>
    <w:p w14:paraId="6D152509" w14:textId="77777777" w:rsidR="00305A36" w:rsidRDefault="00DD5D9A">
      <w:pPr>
        <w:spacing w:after="100" w:line="320" w:lineRule="exact"/>
        <w:ind w:left="142"/>
      </w:pPr>
      <w:r>
        <w:t>(   ) D  Criar uma nova forma de apresentar as ideias.</w:t>
      </w:r>
    </w:p>
    <w:p w14:paraId="5F3ABEC8" w14:textId="77777777" w:rsidR="00305A36" w:rsidRDefault="00DD5D9A">
      <w:pPr>
        <w:keepNext/>
        <w:spacing w:before="120" w:after="40"/>
      </w:pPr>
      <w:r>
        <w:rPr>
          <w:b/>
        </w:rPr>
        <w:t>11. Em uma feira de trocas, você prefere…</w:t>
      </w:r>
    </w:p>
    <w:p w14:paraId="6BB5E9E0" w14:textId="77777777" w:rsidR="00305A36" w:rsidRDefault="00DD5D9A">
      <w:pPr>
        <w:keepNext/>
        <w:spacing w:line="320" w:lineRule="exact"/>
        <w:ind w:left="142"/>
      </w:pPr>
      <w:r>
        <w:t>(   ) A  Conversar para combinar as trocas.</w:t>
      </w:r>
    </w:p>
    <w:p w14:paraId="3CDA33CE" w14:textId="77777777" w:rsidR="00305A36" w:rsidRDefault="00DD5D9A">
      <w:pPr>
        <w:keepNext/>
        <w:spacing w:line="320" w:lineRule="exact"/>
        <w:ind w:left="142"/>
      </w:pPr>
      <w:r>
        <w:t>(   ) B  Anotar os objetos que entram e saem.</w:t>
      </w:r>
    </w:p>
    <w:p w14:paraId="1A024260" w14:textId="77777777" w:rsidR="00305A36" w:rsidRDefault="00DD5D9A">
      <w:pPr>
        <w:keepNext/>
        <w:spacing w:line="320" w:lineRule="exact"/>
        <w:ind w:left="142"/>
      </w:pPr>
      <w:r>
        <w:t xml:space="preserve">(   ) C  Consertar os objetos antes da </w:t>
      </w:r>
      <w:r>
        <w:t>troca.</w:t>
      </w:r>
    </w:p>
    <w:p w14:paraId="63B91CDD" w14:textId="77777777" w:rsidR="00305A36" w:rsidRDefault="00DD5D9A">
      <w:pPr>
        <w:spacing w:after="100" w:line="320" w:lineRule="exact"/>
        <w:ind w:left="142"/>
      </w:pPr>
      <w:r>
        <w:t>(   ) D  Comparar os objetos antes de escolher.</w:t>
      </w:r>
    </w:p>
    <w:p w14:paraId="4F9528C5" w14:textId="77777777" w:rsidR="00305A36" w:rsidRDefault="00DD5D9A">
      <w:pPr>
        <w:keepNext/>
        <w:spacing w:before="120" w:after="40"/>
      </w:pPr>
      <w:r>
        <w:rPr>
          <w:b/>
        </w:rPr>
        <w:t>12. Em uma atividade no bairro, você prefere…</w:t>
      </w:r>
    </w:p>
    <w:p w14:paraId="2849E948" w14:textId="77777777" w:rsidR="00305A36" w:rsidRDefault="00DD5D9A">
      <w:pPr>
        <w:keepNext/>
        <w:spacing w:line="320" w:lineRule="exact"/>
        <w:ind w:left="142"/>
      </w:pPr>
      <w:r>
        <w:t>(   ) A  Ajudar em uma atividade com crianças.</w:t>
      </w:r>
    </w:p>
    <w:p w14:paraId="36872F39" w14:textId="77777777" w:rsidR="00305A36" w:rsidRDefault="00DD5D9A">
      <w:pPr>
        <w:keepNext/>
        <w:spacing w:line="320" w:lineRule="exact"/>
        <w:ind w:left="142"/>
      </w:pPr>
      <w:r>
        <w:t>(   ) B  Cuidar de uma horta.</w:t>
      </w:r>
    </w:p>
    <w:p w14:paraId="7B2B5CCB" w14:textId="77777777" w:rsidR="00305A36" w:rsidRDefault="00DD5D9A">
      <w:pPr>
        <w:keepNext/>
        <w:spacing w:line="320" w:lineRule="exact"/>
        <w:ind w:left="142"/>
      </w:pPr>
      <w:r>
        <w:t>(   ) C  Pesquisar um problema do bairro.</w:t>
      </w:r>
    </w:p>
    <w:p w14:paraId="4993D5B3" w14:textId="77777777" w:rsidR="00305A36" w:rsidRDefault="00DD5D9A">
      <w:pPr>
        <w:spacing w:after="100" w:line="320" w:lineRule="exact"/>
        <w:ind w:left="142"/>
      </w:pPr>
      <w:r>
        <w:t>(   ) D  Criar um mural com desenhos</w:t>
      </w:r>
      <w:r>
        <w:t>.</w:t>
      </w:r>
    </w:p>
    <w:p w14:paraId="477A1AE7" w14:textId="77777777" w:rsidR="00305A36" w:rsidRDefault="00DD5D9A">
      <w:r>
        <w:br w:type="page"/>
      </w:r>
    </w:p>
    <w:p w14:paraId="3266F8D2" w14:textId="77777777" w:rsidR="00305A36" w:rsidRDefault="00DD5D9A">
      <w:pPr>
        <w:pStyle w:val="Ttulo1"/>
      </w:pPr>
      <w:r>
        <w:lastRenderedPageBreak/>
        <w:t>Parte 2 Meu jeito de aprender e trabalhar</w:t>
      </w:r>
    </w:p>
    <w:p w14:paraId="33644F28" w14:textId="77777777" w:rsidR="00305A36" w:rsidRDefault="00DD5D9A">
      <w:pPr>
        <w:spacing w:after="140"/>
      </w:pPr>
      <w:r>
        <w:rPr>
          <w:sz w:val="20"/>
        </w:rPr>
        <w:t>Escreva seu código no cabeçalho desta página.</w:t>
      </w:r>
    </w:p>
    <w:p w14:paraId="2A3D7438" w14:textId="77777777" w:rsidR="00305A36" w:rsidRDefault="00DD5D9A">
      <w:pPr>
        <w:spacing w:after="60"/>
      </w:pPr>
      <w:r>
        <w:rPr>
          <w:sz w:val="22"/>
        </w:rPr>
        <w:t>Leia a frase. Marque um X na opção que mais parece com você.</w:t>
      </w:r>
    </w:p>
    <w:p w14:paraId="12A05526" w14:textId="77777777" w:rsidR="00305A36" w:rsidRDefault="00DD5D9A">
      <w:pPr>
        <w:keepNext/>
        <w:spacing w:before="140" w:after="60"/>
      </w:pPr>
      <w:r>
        <w:rPr>
          <w:b/>
        </w:rPr>
        <w:t>13. Conversar me ajuda a entender minhas ideias.</w:t>
      </w:r>
    </w:p>
    <w:p w14:paraId="2BEF4D40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 xml:space="preserve">(   ) B  Parece pouco </w:t>
      </w:r>
      <w:r>
        <w:rPr>
          <w:sz w:val="23"/>
        </w:rPr>
        <w:t>comigo.</w:t>
      </w:r>
    </w:p>
    <w:p w14:paraId="16735DCE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62E25B3C" w14:textId="77777777" w:rsidR="00305A36" w:rsidRDefault="00DD5D9A">
      <w:pPr>
        <w:keepNext/>
        <w:spacing w:before="140" w:after="60"/>
      </w:pPr>
      <w:r>
        <w:rPr>
          <w:b/>
        </w:rPr>
        <w:t>14. Gosto de aprender com exemplos do dia a dia.</w:t>
      </w:r>
    </w:p>
    <w:p w14:paraId="20D2FDDE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5961E4CB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1B9333F6" w14:textId="77777777" w:rsidR="00305A36" w:rsidRDefault="00DD5D9A">
      <w:pPr>
        <w:keepNext/>
        <w:spacing w:before="140" w:after="60"/>
      </w:pPr>
      <w:r>
        <w:rPr>
          <w:b/>
        </w:rPr>
        <w:t>15. Ao escolher</w:t>
      </w:r>
      <w:r>
        <w:rPr>
          <w:b/>
        </w:rPr>
        <w:t>, comparo as vantagens de cada opção.</w:t>
      </w:r>
    </w:p>
    <w:p w14:paraId="793D33A3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3BF2FB29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739A32FA" w14:textId="77777777" w:rsidR="00305A36" w:rsidRDefault="00DD5D9A">
      <w:pPr>
        <w:keepNext/>
        <w:spacing w:before="140" w:after="60"/>
      </w:pPr>
      <w:r>
        <w:rPr>
          <w:b/>
        </w:rPr>
        <w:t>16. Gosto de combinar as tarefas antes de começar.</w:t>
      </w:r>
    </w:p>
    <w:p w14:paraId="7DA28DEA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</w:t>
      </w:r>
      <w:r>
        <w:rPr>
          <w:sz w:val="23"/>
        </w:rPr>
        <w:t>uco comigo.</w:t>
      </w:r>
    </w:p>
    <w:p w14:paraId="602B35D4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74BCEE8A" w14:textId="77777777" w:rsidR="00305A36" w:rsidRDefault="00DD5D9A">
      <w:pPr>
        <w:keepNext/>
        <w:spacing w:before="140" w:after="60"/>
      </w:pPr>
      <w:r>
        <w:rPr>
          <w:b/>
        </w:rPr>
        <w:t>17. Prefiro pensar um pouco antes de falar.</w:t>
      </w:r>
    </w:p>
    <w:p w14:paraId="0F180CE3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28B3118B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78B4DA5C" w14:textId="77777777" w:rsidR="00305A36" w:rsidRDefault="00DD5D9A">
      <w:pPr>
        <w:keepNext/>
        <w:spacing w:before="140" w:after="60"/>
      </w:pPr>
      <w:r>
        <w:rPr>
          <w:b/>
        </w:rPr>
        <w:t xml:space="preserve">18. Quando vejo </w:t>
      </w:r>
      <w:r>
        <w:rPr>
          <w:b/>
        </w:rPr>
        <w:t>um problema, imagino novas soluções.</w:t>
      </w:r>
    </w:p>
    <w:p w14:paraId="4D29E598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5B59E0E4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22158184" w14:textId="77777777" w:rsidR="00305A36" w:rsidRDefault="00DD5D9A">
      <w:pPr>
        <w:keepNext/>
        <w:spacing w:before="140" w:after="60"/>
      </w:pPr>
      <w:r>
        <w:rPr>
          <w:b/>
        </w:rPr>
        <w:t>19. Ao decidir, penso em como as pessoas vão se sentir.</w:t>
      </w:r>
    </w:p>
    <w:p w14:paraId="2E167401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 xml:space="preserve">(   ) B  </w:t>
      </w:r>
      <w:r>
        <w:rPr>
          <w:sz w:val="23"/>
        </w:rPr>
        <w:t>Parece pouco comigo.</w:t>
      </w:r>
    </w:p>
    <w:p w14:paraId="2E6D160B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29F36902" w14:textId="77777777" w:rsidR="00305A36" w:rsidRDefault="00DD5D9A">
      <w:pPr>
        <w:keepNext/>
        <w:spacing w:before="140" w:after="60"/>
      </w:pPr>
      <w:r>
        <w:rPr>
          <w:b/>
        </w:rPr>
        <w:t>20. Gosto de ajustar o plano durante a atividade.</w:t>
      </w:r>
    </w:p>
    <w:p w14:paraId="7A10305D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5A1C5A4B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0CC0C87D" w14:textId="77777777" w:rsidR="00305A36" w:rsidRDefault="00DD5D9A">
      <w:r>
        <w:br w:type="page"/>
      </w:r>
    </w:p>
    <w:p w14:paraId="5AD823B3" w14:textId="77777777" w:rsidR="00305A36" w:rsidRDefault="00DD5D9A">
      <w:pPr>
        <w:pStyle w:val="Ttulo1"/>
      </w:pPr>
      <w:r>
        <w:lastRenderedPageBreak/>
        <w:t>Parte 2 Meu jeito de aprender e trabalhar</w:t>
      </w:r>
    </w:p>
    <w:p w14:paraId="30DE5E06" w14:textId="77777777" w:rsidR="00305A36" w:rsidRDefault="00DD5D9A">
      <w:pPr>
        <w:spacing w:after="140"/>
      </w:pPr>
      <w:r>
        <w:rPr>
          <w:sz w:val="20"/>
        </w:rPr>
        <w:t>Escreva seu código no cabeçalho desta página.</w:t>
      </w:r>
    </w:p>
    <w:p w14:paraId="5DC9D768" w14:textId="77777777" w:rsidR="00305A36" w:rsidRDefault="00DD5D9A">
      <w:pPr>
        <w:spacing w:after="60"/>
      </w:pPr>
      <w:r>
        <w:rPr>
          <w:sz w:val="22"/>
        </w:rPr>
        <w:t>Leia a frase. Marque um X na opção que mais parece com você.</w:t>
      </w:r>
    </w:p>
    <w:p w14:paraId="235998B5" w14:textId="77777777" w:rsidR="00305A36" w:rsidRDefault="00DD5D9A">
      <w:pPr>
        <w:keepNext/>
        <w:spacing w:before="140" w:after="60"/>
      </w:pPr>
      <w:r>
        <w:rPr>
          <w:b/>
        </w:rPr>
        <w:t>21. Em um grupo, gosto de falar sobre minhas ideias.</w:t>
      </w:r>
    </w:p>
    <w:p w14:paraId="3F442F1F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</w:t>
      </w:r>
      <w:r>
        <w:rPr>
          <w:sz w:val="23"/>
        </w:rPr>
        <w:t>migo.</w:t>
      </w:r>
    </w:p>
    <w:p w14:paraId="35D08A29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1C510ED4" w14:textId="77777777" w:rsidR="00305A36" w:rsidRDefault="00DD5D9A">
      <w:pPr>
        <w:keepNext/>
        <w:spacing w:before="140" w:after="60"/>
      </w:pPr>
      <w:r>
        <w:rPr>
          <w:b/>
        </w:rPr>
        <w:t>22. Antes de começar, gosto de ver um exemplo pronto.</w:t>
      </w:r>
    </w:p>
    <w:p w14:paraId="6CB29CE0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1B39309E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7C0ADEF5" w14:textId="77777777" w:rsidR="00305A36" w:rsidRDefault="00DD5D9A">
      <w:pPr>
        <w:keepNext/>
        <w:spacing w:before="140" w:after="60"/>
      </w:pPr>
      <w:r>
        <w:rPr>
          <w:b/>
        </w:rPr>
        <w:t>23. Para dec</w:t>
      </w:r>
      <w:r>
        <w:rPr>
          <w:b/>
        </w:rPr>
        <w:t>idir, gosto de ter regras claras.</w:t>
      </w:r>
    </w:p>
    <w:p w14:paraId="48185ABC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695DB057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4A42F5D6" w14:textId="77777777" w:rsidR="00305A36" w:rsidRDefault="00DD5D9A">
      <w:pPr>
        <w:keepNext/>
        <w:spacing w:before="140" w:after="60"/>
      </w:pPr>
      <w:r>
        <w:rPr>
          <w:b/>
        </w:rPr>
        <w:t>24. Gosto de ter horários definidos para minhas tarefas.</w:t>
      </w:r>
    </w:p>
    <w:p w14:paraId="05DDF2BB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 xml:space="preserve">(   ) B  Parece </w:t>
      </w:r>
      <w:r>
        <w:rPr>
          <w:sz w:val="23"/>
        </w:rPr>
        <w:t>pouco comigo.</w:t>
      </w:r>
    </w:p>
    <w:p w14:paraId="2EB59733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077639E6" w14:textId="77777777" w:rsidR="00305A36" w:rsidRDefault="00DD5D9A">
      <w:pPr>
        <w:keepNext/>
        <w:spacing w:before="140" w:after="60"/>
      </w:pPr>
      <w:r>
        <w:rPr>
          <w:b/>
        </w:rPr>
        <w:t>25. Consigo organizar minhas ideias quando fico sozinho.</w:t>
      </w:r>
    </w:p>
    <w:p w14:paraId="5D97F323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2957639A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1894D547" w14:textId="77777777" w:rsidR="00305A36" w:rsidRDefault="00DD5D9A">
      <w:pPr>
        <w:keepNext/>
        <w:spacing w:before="140" w:after="60"/>
      </w:pPr>
      <w:r>
        <w:rPr>
          <w:b/>
        </w:rPr>
        <w:t>2</w:t>
      </w:r>
      <w:r>
        <w:rPr>
          <w:b/>
        </w:rPr>
        <w:t>6. Gosto de pensar em como as coisas podem mudar.</w:t>
      </w:r>
    </w:p>
    <w:p w14:paraId="20C6BF77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03ABF454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76C8E18D" w14:textId="77777777" w:rsidR="00305A36" w:rsidRDefault="00DD5D9A">
      <w:pPr>
        <w:keepNext/>
        <w:spacing w:before="140" w:after="60"/>
      </w:pPr>
      <w:r>
        <w:rPr>
          <w:b/>
        </w:rPr>
        <w:t>27. Antes de escolher, considero o que importa para as pessoas.</w:t>
      </w:r>
    </w:p>
    <w:p w14:paraId="1381D06B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</w:t>
      </w:r>
      <w:r>
        <w:rPr>
          <w:sz w:val="23"/>
        </w:rPr>
        <w:t>omigo.</w:t>
      </w:r>
      <w:r>
        <w:rPr>
          <w:sz w:val="23"/>
        </w:rPr>
        <w:tab/>
        <w:t>(   ) B  Parece pouco comigo.</w:t>
      </w:r>
    </w:p>
    <w:p w14:paraId="76254573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>(   ) D  Parece muito comigo.</w:t>
      </w:r>
    </w:p>
    <w:p w14:paraId="0EE64FE8" w14:textId="77777777" w:rsidR="00305A36" w:rsidRDefault="00DD5D9A">
      <w:pPr>
        <w:keepNext/>
        <w:spacing w:before="140" w:after="60"/>
      </w:pPr>
      <w:r>
        <w:rPr>
          <w:b/>
        </w:rPr>
        <w:t>28. Gosto de ter espaço para mudar de ideia.</w:t>
      </w:r>
    </w:p>
    <w:p w14:paraId="349425F6" w14:textId="77777777" w:rsidR="00305A36" w:rsidRDefault="00DD5D9A">
      <w:pPr>
        <w:keepNext/>
        <w:tabs>
          <w:tab w:val="left" w:pos="4876"/>
        </w:tabs>
        <w:spacing w:line="340" w:lineRule="exact"/>
      </w:pPr>
      <w:r>
        <w:rPr>
          <w:sz w:val="23"/>
        </w:rPr>
        <w:t>(   ) A  Não parece comigo.</w:t>
      </w:r>
      <w:r>
        <w:rPr>
          <w:sz w:val="23"/>
        </w:rPr>
        <w:tab/>
        <w:t>(   ) B  Parece pouco comigo.</w:t>
      </w:r>
    </w:p>
    <w:p w14:paraId="32812E6D" w14:textId="77777777" w:rsidR="00305A36" w:rsidRDefault="00DD5D9A">
      <w:pPr>
        <w:tabs>
          <w:tab w:val="left" w:pos="4876"/>
        </w:tabs>
        <w:spacing w:after="120" w:line="340" w:lineRule="exact"/>
      </w:pPr>
      <w:r>
        <w:rPr>
          <w:sz w:val="23"/>
        </w:rPr>
        <w:t>(   ) C  Parece bastante comigo.</w:t>
      </w:r>
      <w:r>
        <w:rPr>
          <w:sz w:val="23"/>
        </w:rPr>
        <w:tab/>
        <w:t xml:space="preserve">(   ) D  </w:t>
      </w:r>
      <w:r>
        <w:rPr>
          <w:sz w:val="23"/>
        </w:rPr>
        <w:t>Parece muito comigo.</w:t>
      </w:r>
    </w:p>
    <w:p w14:paraId="20DEE032" w14:textId="77777777" w:rsidR="00305A36" w:rsidRDefault="00DD5D9A">
      <w:pPr>
        <w:spacing w:before="140"/>
      </w:pPr>
      <w:r>
        <w:rPr>
          <w:sz w:val="22"/>
        </w:rPr>
        <w:t>Confira se marcou apenas uma opção em cada pergunta. Se não entender uma palavra, peça ajuda ao aplicador.</w:t>
      </w:r>
    </w:p>
    <w:sectPr w:rsidR="00305A36" w:rsidSect="00034616">
      <w:headerReference w:type="default" r:id="rId8"/>
      <w:footerReference w:type="default" r:id="rId9"/>
      <w:pgSz w:w="11906" w:h="16838"/>
      <w:pgMar w:top="1502" w:right="1049" w:bottom="907" w:left="1049" w:header="255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63E8E" w14:textId="77777777" w:rsidR="00DD5D9A" w:rsidRDefault="00DD5D9A">
      <w:pPr>
        <w:spacing w:line="240" w:lineRule="auto"/>
      </w:pPr>
      <w:r>
        <w:separator/>
      </w:r>
    </w:p>
  </w:endnote>
  <w:endnote w:type="continuationSeparator" w:id="0">
    <w:p w14:paraId="1162ABF0" w14:textId="77777777" w:rsidR="00DD5D9A" w:rsidRDefault="00DD5D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E8AA" w14:textId="77777777" w:rsidR="00305A36" w:rsidRDefault="00DD5D9A">
    <w:pPr>
      <w:pStyle w:val="Rodap"/>
      <w:jc w:val="center"/>
    </w:pPr>
    <w:r>
      <w:rPr>
        <w:sz w:val="18"/>
      </w:rPr>
      <w:t xml:space="preserve">Psicologia UNIS   Roteiro educativo 1.0   Página </w:t>
    </w:r>
    <w:r>
      <w:fldChar w:fldCharType="begin"/>
    </w:r>
    <w:r>
      <w:instrText>PAGE</w:instrText>
    </w:r>
    <w:r>
      <w:fldChar w:fldCharType="separate"/>
    </w:r>
    <w:r w:rsidR="009929C9">
      <w:rPr>
        <w:noProof/>
      </w:rPr>
      <w:t>1</w:t>
    </w:r>
    <w:r>
      <w:fldChar w:fldCharType="end"/>
    </w:r>
    <w:r>
      <w:rPr>
        <w:sz w:val="18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9929C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AB807" w14:textId="77777777" w:rsidR="00DD5D9A" w:rsidRDefault="00DD5D9A">
      <w:pPr>
        <w:spacing w:line="240" w:lineRule="auto"/>
      </w:pPr>
      <w:r>
        <w:separator/>
      </w:r>
    </w:p>
  </w:footnote>
  <w:footnote w:type="continuationSeparator" w:id="0">
    <w:p w14:paraId="290A1D76" w14:textId="77777777" w:rsidR="00DD5D9A" w:rsidRDefault="00DD5D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78F9" w14:textId="77777777" w:rsidR="00305A36" w:rsidRDefault="00DD5D9A">
    <w:pPr>
      <w:pStyle w:val="Cabealho"/>
      <w:tabs>
        <w:tab w:val="left" w:pos="2835"/>
      </w:tabs>
    </w:pPr>
    <w:r>
      <w:rPr>
        <w:noProof/>
      </w:rPr>
      <w:drawing>
        <wp:inline distT="0" distB="0" distL="0" distR="0" wp14:anchorId="41DE4A07" wp14:editId="07CAD353">
          <wp:extent cx="882000" cy="3902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zu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00" cy="390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2"/>
      </w:rPr>
      <w:tab/>
      <w:t>CURSO DE PSICOLOGIA</w:t>
    </w:r>
  </w:p>
  <w:p w14:paraId="747ABF85" w14:textId="77777777" w:rsidR="00305A36" w:rsidRDefault="00DD5D9A">
    <w:pPr>
      <w:spacing w:before="40"/>
    </w:pPr>
    <w:r>
      <w:rPr>
        <w:sz w:val="20"/>
      </w:rPr>
      <w:t>Código do participante: 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5A36"/>
    <w:rsid w:val="00326F90"/>
    <w:rsid w:val="009929C9"/>
    <w:rsid w:val="00AA1D8D"/>
    <w:rsid w:val="00B47730"/>
    <w:rsid w:val="00CB0664"/>
    <w:rsid w:val="00DD5D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29FDA"/>
  <w14:defaultImageDpi w14:val="300"/>
  <w15:docId w15:val="{5C5ECAD1-CDB2-4E27-8BAE-AED2E5A2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Orientação vocacional e profissional</dc:title>
  <dc:subject>Formulário para aplicação em papel</dc:subject>
  <dc:creator>Curso de Psicologia UNIS</dc:creator>
  <cp:keywords/>
  <dc:description>generated by python-docx</dc:description>
  <cp:lastModifiedBy>Alessandro</cp:lastModifiedBy>
  <cp:revision>2</cp:revision>
  <dcterms:created xsi:type="dcterms:W3CDTF">2013-12-23T23:15:00Z</dcterms:created>
  <dcterms:modified xsi:type="dcterms:W3CDTF">2026-10-15T18:11:00Z</dcterms:modified>
  <cp:category/>
</cp:coreProperties>
</file>